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עומק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מושגי מפתח מתקדמים בגיאוגרפיה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המושגים לתהליכים עירוניים וגלובליים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דוגמאות מהעולם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(תהליך שדרוג שכונה שמעלה מחירים ודוחק את התושבים הוותיקים החוצה)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(חלוקה הוגנת של נטל וטוב סביבתיים בין כל קבוצות האוכלוסייה)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(עזיבה של בעלי השכלה ומיומנות את מדינת המוצא)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(תופעה שבה העיר חמה יותר מהסביבה הכפרית בגלל אספלט ובטון)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לונדון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אספלט בטון ופעילות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מוצר גלובלי שמותאם לתרבות מקומית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לרוב היא דוחקת אותם החוצה בגלל 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המרכזית של המושג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ג'נטריפיקציה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 יחסי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מיישמים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שכונה ישנה משודרגת, נפתחים בתי קפה ודירות יוקרה, מחירי הדיור עולים והתושבים הוותיקים נאלצים לעבור לאזור זול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יסביר קשר הגיוני, למשל שג'נטריפיקציה עלולה לפגוע בצדק סביבתי כי היא דוחקת קבוצות מוחלשות מאזורים איכותיים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שדרוג שכונה שמעלה מחירים ודוחק תושבים ותיקים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 ניו יורק, לונדון או טוקיו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פיזי נמדד בקילומטרים ואילו מרחק יחסי נמדד בזמן עלות או קושי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בחלוקת כרטיסיות עם המושגים וההגדרות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מושג לדוגמה מוכרת מהסביבה הקרובה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בהתאמה ובהשלמת המשפטים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עומק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שמונה מושגים מרכזיים הקשורים לעיור, גלובליזציה ואוכלוסייה. המושגים הללו עוזרים להסביר תהליכים שמתרחשים בערים ובמדינות בעולם של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עיר עולם  ·  מרחק יחסי  ·  עולמקומיות  ·  ג'נטריפיקציה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ג'נטריפיקציה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חלוקה הוגנת של נטל וטוב סביבתיים בין כל קבוצות האוכלוסייה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צדק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עזיבה של בעלי השכלה ומיומנות את מדינת המוצא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בריחת מוחות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תופעה שבה העיר חמה יותר מהסביבה הכפרית בגלל אספלט ובטון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 חום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תהליך שדרוג שכונה שמעלה מחירים ודוחק את התושבים הוותיקים החוצה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מהערים הבאות נחשבת עיר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כפר קטן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עיירה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גורם לאי חום עירוני?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יערות וצמחייה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אספלט בטון ופעילות 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קרבה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דוגמה לעולמקומיות (גלוקליות)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מוצר גלובלי שמותאם לתרבות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עזיבת מדינה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עליית מחירי דיור בשכונה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ג'נטריפיקציה תמיד משפרת את מצבם של התושבים הוותיקים בשכונה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צדק סביבתי עוסק בחלוקה הוגנת של משאבים ונטל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תהליך שבו שכונה משודרגת והמחירים בה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ניו יורק ולונדון הן דוגמאות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הוא שילוב בין המוצר הגלובלי לתרבות המקומית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מדד שמביא בחשבון זמן ועלות הגעה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מיישמים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לתופעת ג'נטריפיקציה בשכונה כלשהי והסבירו בקצרה מה קורה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ומרחיבים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שניים מהמושגים שלמדתם וכתבו כיצד הם עשויים להיות קשורים זה לזה (לדוגמה: ג'נטריפיקציה וצדק סביבתי)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ג'נטריפיקציה?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לעיר 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עומק בגיאוגרפיה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