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מפתח מתקדמים בגיאוגרפיה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המושגים לתהליכים עירוניים וגלובליים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שדרוג שכונה שמעלה מחירים ודוחק את התושבים הוותיקים החוצה)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(חלוקה הוגנת של נטל וטוב סביבתיים בין כל קבוצות האוכלוסייה)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(עזיבה של בעלי השכלה ומיומנות את מדינת המוצא)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(תופעה שבה העיר חמה יותר מהסביבה הכפרית בגלל אספלט ובטון)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(עיר בעלת השפעה כלכלית פוליטית ותרבותית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(שילוב של הגלובלי עם המקומי במוצר או 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לונדון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אספלט בטון ופעילות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ילודה ותמותה גבוהות לילודה ותמותה נמוכות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מוצר גלובלי שמותאם לתרבות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זמן עלות או קושי 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מדינות שמאבדות אנשים משכילים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לרוב היא דוחקת אותם החוצה בגלל 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בעיר חם יותר בגלל אספלט ובטון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בהגדרת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הוא הנכון - זו עזיבה של בעלי השכלה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 יחסי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בריחת מוחות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 חום עירוני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מיישמים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ישנה משודרגת, נפתחים בתי קפה ודירות יוקרה, מחירי הדיור עולים והתושבים הוותיקים נאלצים לעבור לאזור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האספלט והבטון סופגים חום ביום ומשחררים אותו בלילה, כך שהעיר נשארת חמה יותר מהסביבה הכפרית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קשר הגיוני, למשל שג'נטריפיקציה עלולה לפגוע בצדק סביבתי כי היא דוחקת קבוצות מוחלשות מאזורים איכותיים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שכונה שמעלה מחירים ודוחק תושבים 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ניו יורק, לונדון או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פיזי נמדד בקילומטרים ואילו מרחק יחסי נמדד בזמן עלות או קושי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בחלוקת כרטיסיות עם המושגים וההגדרות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מושג לדוגמה מוכרת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בהתאמה ובהשלמת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שמונה מילים חשובות בגיאוגרפיה. המילים האלה מסבירות דברים שקורים בערים ובעולם.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ג'נטריפיקציה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שדרוג שכונה שמעלה מחירים ודוחק תושבים ותיקים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צדק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הוגנת של נטל וטוב סביבתי בין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יחסי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הנמדד בזמן או בעלות ולא רק בקילומטרים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בריחת מוחות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עזיבה של אנשים משכילים את מדינת המוצא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חום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חמה יותר מהסביבה בגלל אספלט ובטון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בעלת השפעה גלובלית כמו ניו יורק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עולמקומיות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בין גלובלי למקומי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דמוגרפי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מילודה ותמותה גבוהות לנמוכות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עזיבה של בעלי השכלה ומיומנות את מדינת המוצא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שדרוג שכונה שמעלה מחירים ודוחק את התושבים הוותיקים החוצה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בריחת מוחות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בעלת השפעה כלכלית פוליטית ותרבותית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 חום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שילוב של הגלובלי עם המקומי במוצר או 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תופעה שבה העיר חמה יותר מהסביבה הכפרית בגלל אספלט ובטון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חלוקה הוגנת של נטל וטוב סביבתיים בין כל קבוצות האוכלוסייה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עיר היא עיר עולם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עיירה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כפרי מבודד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בעיר חם יותר מבכפר?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יערות וצמחייה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אספלט בטון ופעילות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רב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מעבר דמוגרפי זה שינוי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ילודה נמוכה לילודה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ילודה ותמותה גבוהות לילודה ותמותה נמוכות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תמותה נמוכה לתמותה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עולמקומיות?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 גלובלי שמותאם לתרבות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עזיבת מדינה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עליית מחירי דיור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גבוה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מודדים 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קילומטרים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עלות או קושי 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נפגע מבריחת מוחות?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מדינות מפותחות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שמאבדות אנשים 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ערי עולם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אזורים כפריים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ג'נטריפיקציה תמיד משפרת את מצבם של התושבים הוותיקים בשכונה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עוסק בחלוקה הוגנת של משאבים ונטל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חום עירוני גורם לכך שבעיר קריר יותר מאשר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מפותחות עברו את המעבר הדמוגרפי לפני מדינות מתפתחות 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בריחת מוחות פירושה הגעת אנשים משכילים למדינה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תהליך שבו שכונה משודרגת והמחירים בה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ניו יורק ולונדון הן דוגמאות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שילוב בין המוצר הגלובלי לתרבות המקומית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מדד שמביא בחשבון זמן ועלות הגעה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עזיבת אנשים בעלי השכלה את מדינתם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גורם לכך שבעיר חם יותר מבסביבה הכפרית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מיישמים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לתופעת ג'נטריפיקציה בשכונה כלשהי והסבירו בקצרה מה קורה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אי חום עירוני מורגש יותר בלילה בקיץ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מהמושגים שלמדתם וכתבו כיצד הם עשויים להיות קשורים זה לזה (לדוגמה: ג'נטריפיקציה וצדק סביבתי)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ג'נטריפיקציה?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לעיר 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פיזי למרחק יחסי?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עומק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