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עומק בגיאוגרפיה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שמונה מושגי מפתח מתקדמים בגיאוגרפיה אנושית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המושגים לתהליכים עירוניים וגלובליים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את המושגים על דוגמאות מהעולם האמיתי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מושגים להגדרות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(תהליך שדרוג שכונה שמעלה מחירים ודוחק את התושבים הוותיקים החוצה)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(חלוקה הוגנת של נטל וטוב סביבתיים בין כל קבוצות האוכלוסייה)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(עזיבה של בעלי השכלה ומיומנות את מדינת המוצא)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(תופעה שבה העיר חמה יותר מהסביבה הכפרית בגלל אספלט ובטון)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(עיר בעלת השפעה כלכלית פוליטית ותרבותית גלובלית)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(שילוב של הגלובלי עם המקומי במוצר או תרבות)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לונדון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אספלט בטון ופעילות אנושית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ילודה ותמותה גבוהות לילודה ותמותה נמוכות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מוצר גלובלי שמותאם לתרבות מקומית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זמן עלות או קושי הגעה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מדינות שמאבדות אנשים משכילים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לרוב היא דוחקת אותם החוצה בגלל עליית 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המרכזית של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להפך, בעיר חם יותר בגלל אספלט ובטון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בהגדרת המעבר הדמוגרפי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ההפך הוא הנכון - זו עזיבה של בעלי השכלה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ג'נטריפיקציה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עיר 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עולמקומיות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מרחק יחסי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בריחת מוחות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אי חום עירוני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מיישמים את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שכונה ישנה משודרגת, נפתחים בתי קפה ודירות יוקרה, מחירי הדיור עולים והתושבים הוותיקים נאלצים לעבור לאזור זול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האספלט והבטון סופגים חום ביום ומשחררים אותו בלילה, כך שהעיר נשארת חמה יותר מהסביבה הכפרית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ומרחיבים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מצופה שהתלמיד יסביר קשר הגיוני, למשל שג'נטריפיקציה עלולה לפגוע בצדק סביבתי כי היא דוחקת קבוצות מוחלשות מאזורים איכותיים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תהליך שדרוג שכונה שמעלה מחירים ודוחק תושבים ותיקים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 ניו יורק, לונדון או טוקיו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מרחק פיזי נמדד בקילומטרים ואילו מרחק יחסי נמדד בזמן עלות או קושי הגעה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בחלוקת כרטיסיות עם המושגים וההגדרות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מושג לדוגמה מוכרת מהסביבה הקרובה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בהתאמה ובהשלמת המשפטים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עומק בגיאוגרפיה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שמונה מושגים מרכזיים הקשורים לעיור, גלובליזציה ואוכלוסייה. המושגים הללו עוזרים להסביר תהליכים שמתרחשים בערים ובמדינות בעולם של היום.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התאמת מושגים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ג'נטריפיקציה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שילוב של הגלובלי עם המקומי במוצר או תרבות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צדק סביבתי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תהליך שדרוג שכונה שמעלה מחירים ודוחק את התושבים הוותיקים החוצה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בריחת מוחות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תופעה שבה העיר חמה יותר מהסביבה הכפרית בגלל אספלט ובטון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 חום עירוני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עיר בעלת השפעה כלכלית פוליטית ותרבותית גלובלית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עיר 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חלוקה הוגנת של נטל וטוב סביבתיים בין כל קבוצות האוכלוסייה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עולמקומיות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עזיבה של בעלי השכלה ומיומנות את מדינת המוצא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מהערים הבאות נחשבת עיר 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כפר קטן בהרים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עיירה חקלאית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יישוב כפרי מבודד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גורם לאי חום עירוני?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יערות וצמחייה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אספלט בטון ופעילות אנושית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קרבה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גובה רב מעל פני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מעבר דמוגרפי מתאר מעבר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ילודה נמוכה לילודה גבוהה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ילודה ותמותה גבוהות לילודה ותמותה נמוכות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לכפר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תמותה נמוכה לתמותה גבוהה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דוגמה לעולמקומיות (גלוקליות)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מוצר גלובלי שמותאם לתרבות 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עזיבת מדינה לצמיתות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עליית מחירי דיור בשכונה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חום גבוה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מרחק יחסי נמדד לפי: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קילומטרים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 עלות או קושי הגעה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גובה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בריחת מוחות פוגעת בעיקר 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מדינות מפותחות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מדינות שמאבדות אנשים משכילים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ערי עולם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אזורים כפריים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ג'נטריפיקציה תמיד משפרת את מצבם של התושבים הוותיקים בשכונה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צדק סביבתי עוסק בחלוקה הוגנת של משאבים ונטל סביבתי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חום עירוני גורם לכך שבעיר קריר יותר מאשר בכפר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מדינות מפותחות עברו את המעבר הדמוגרפי לפני מדינות מתפתחות 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בריחת מוחות פירושה הגעת אנשים משכילים למדינה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היא תהליך שבו שכונה משודרגת והמחירים בה 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ניו יורק ולונדון הן דוגמאות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הוא שילוב בין המוצר הגלובלי לתרבות המקומית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מדד שמביא בחשבון זמן ועלות הגעה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עזיבת אנשים בעלי השכלה את מדינתם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גורם לכך שבעיר חם יותר מבסביבה הכפרית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מיישמים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אחת לתופעת ג'נטריפיקציה בשכונה כלשהי והסבירו בקצרה מה קורה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אי חום עירוני מורגש יותר בלילה בקיץ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ומרחיבים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שניים מהמושגים שלמדתם וכתבו כיצד הם עשויים להיות קשורים זה לזה (לדוגמה: ג'נטריפיקציה וצדק סביבתי)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ג'נטריפיקציה?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לעיר עולם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מרחק פיזי למרחק יחסי?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 עומק בגיאוגרפיה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